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בארבעת כלי הקריאה החכמה: מש״ה, תעודת זהות, מילות קישור ורעיון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מודעת בשלושה שלבים - לפני, תוך כדי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עצירה, בדיקה וניחוש מודע בזמן 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בקריאת שאלות בעיון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תעודת זהות של טקסט – מכירים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(מהי הכותרת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(היכן הטקסט התפרסם)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 כתב את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(למי מיועד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תעודת זהות של טקסט – מזהים בטקסטים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החבר שמקבל את המכתב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תעודת זהות של טקסט – כותבים ומנתחים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כותרת: הזמנה למסיבת סיום שכבה. במה: הודעה בכיתה או קבוצת הורים. מוען: ועד הכיתה. נמען: תלמידי השכבה והוריהם. תאריך: תאריך המסיבה.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לפני, תוך כדי ואחרי הקריאה – מכירים את שלושת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שלבי הקריאה החכמה.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לפני הקריאה מציצים בכותרת, בתמונות ובכותרות המשנה.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שעושים בשלב תוך כדי הקריאה.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לפני, תוך כדי ואחרי הקריאה – מתאימים פעולה לשלב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(תוך כדי 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לפני, תוך כדי ואחרי הקריאה – מתרגלים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ניחושים סבירים שקשורים לכותרת הטקסט.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מש״ה: פותרים מילה חדשה – מכירים את מש״ה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מילון, שורש,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מש״ה: פותרים מילה חדשה – מתרגלים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עייפים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מש״ה: פותרים מילה חדשה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בחירת מילה והסבר מתאים לבחירת הכלי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מילות קישור: תמרורים בטקסט – זיהוי 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(וגם / 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(אבל / לעומת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 / בגלל)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(לכן / לפיכך)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מילות קישור: תמרורים בטקסט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"כי" מביאה סיבה, ו"לכן" מביאה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מילות קישור: תמרורים בטקסט – מזהים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מילות קישור: תמרורים בטקסט – משלימים את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רעיון מרכזי: מה העיקר? – היכרות עם האסטרטגיה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הפרטים עומדים מתחתיו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שואלים מה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בתחילת הפסקה או בסופה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רעיון מרכזי: מה העיקר? – תרגול עם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מנסחים את הרעיון המרכזי במילים שלנו, בקצרה וללא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 מעניין זוכרים, אבל הוא לא בהכרח העיקר שעליו עומד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פרט בתוך הטקסט, לא הנושא הכללי של הקטע כולו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רעיון מרכזי: מה העיקר?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השאלה כטקסט ותרגול מסכם – זוכרים את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קוראים את השאלה לאט, ואם צריך - פעמיים, כולל המילים הקטנות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סימון מילות השאלה עוזר להבין מה בדיוק מבקשים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השאלה כוללת רמזים כמו שם הסיפור או מספר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השאלה כטקסט ותרגול מסכם – מבינים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את השאלה כולה,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השאלה כטקסט ותרגול מסכם – מתרגלים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שלושת הכלים: מילון, שורש, הקשר ונותנת דוגמה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נושא ומה נאמר עליו, בלי להעתיק משפט שלם מהטקסט ובלי פרט שולי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לפחות שלושה סוגי מילות קישור שונים ומסביר/ה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החוברת לאורך כמה שיעורים - פרק אחד או שניים בכל מפגש, עם חזרה קצרה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 מש״ה ובתעודת הזהות בלבד, ולדלג על תרגילי מילות הקישור המורכבים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רם של הדוגמאות לפני מילוי התרגילים, במיוחד בכיתות הנמוכות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למצוא דוגמאות נוספות למילות קישור או לכתוב פסקה קצרה משלהם עם רעיון מרכזי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נתרגל יחד את כלי הקריאה החכמה - איך לפענח מילה קשה, איך לבדוק מי כתב את הטקסט, ואיך למצוא את העיקר. בכל פרק יש הסבר קצר ותרגילים. אפשר לעבוד לבד או בזוג, ולבדוק את התשובות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ירוק  ·  במילים  ·  עניתי  ·  ע-ב-ר  ·  עייפים מאוד  ·  אבל  ·  טקסט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תעודת זהות של טקסט – מכירים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למי מיועד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מהי הכותרת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היכן הטקסט התפרסם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נמען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כתב את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תעודת זהות של טקסט – מזהים בטקסטים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חלק בתעודת הזהות עונה על השאלה מי כתב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במכתב שכתב ילד לחברו, מי יהיה ה'נמען'?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הילד שכתב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החבר שמקבל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הכתיבה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תעודת זהות של טקסט – כותבים ומנתחים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תעודת זהות קצרה להזמנה למסיבת סיום שכבה: כותרת, במה, מוען, נמען ותאריך.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לפני, תוך כדי ואחרי הקריאה – מכירים את שלושת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 חכם קורא את הטקסט בשלושה שלבים: לפני, תוך כדי ואחרי.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הקריאה מסתכלים רק בסוף הטקסט ולא בכותרת.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תוך כדי קריאה עוצרים בסוף כל פסקה ושואלים מה למדתי כאן.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לפני, תוך כדי ואחרי הקריאה – מתאימים פעולה 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מציצים בכותרת ובתמונות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שואלים מה אני כבר יודע על הנושא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תוך כדי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מסמנים מילים קשות ופותרים אותן במש״ה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לפני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לפני, תוך כדי ואחרי הקריאה – מתרגלים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כותרת של טקסט שקראתם לאחרונה. כתבו שני ניחושים שעשיתם לפני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מש״ה: פותרים מילה חדשה – מכירים את מש״ה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מש״ה הוא ראשי תיבות של שלושה כלים לפענוח מילה חדשה. מה 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מילון, שורש,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משפט, שם, הברה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מילה, משמעות,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כלי עוזר למצוא את אותיות השורש ולהיזכר במילים מאותה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כלי קוראים את המשפט שלפני המילה הקשה ואחריה כדי לנחש את הפירוש?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מש״ה: פותרים מילה חדשה – מתרגלים עם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״מעבורת הגיעה לנמל״, השורש של המילה מעבורת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במשפט על הליכה ארוכה ״רצינו רק לשכב ולנוח״ מופיעה המילה ״מותשים״. לפי ההקשר, פירוש המילה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מש״ה: פותרים מילה חדשה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מילה קשה אחת מספר שאתם קוראים עכשיו, וכתבו: באיזה כלי (מילון, שורש או הקשר) הייתם משתמשים כדי להבין אותה?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מילות קישור: תמרורים בטקסט – זיהוי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 / בגלל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לכן / לפיכך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אבל / לעומת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וגם / בנוסף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מילות קישור: תמרורים בטקסט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"כי" מביאה אחריה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מילות קישור: תמרורים בטקסט – מזהים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"למרות" מציינת תמרור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מילות קישור: תמרורים בטקסט – משלימים את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החוקרים חשבו שהצבים נעלמו, __________ אחרי שנתיים הם חזרו לנחל.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רעיון מרכזי: מה העיקר? – היכרות עם האסטרטגיה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במה דומה הרעיון המרכזי למטרייה?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הפרטים עומדים מתחתיו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תמיד המשפט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תמיד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הצעד הראשון במציאת הרעיון המרכזי?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שואלים מה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משפט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מחפשים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בדרך כלל אפשר למצוא את משפט המפתח בפסקה?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בתחילת הפסקה או בסופה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רעיון מרכזי: מה העיקר? – תרגול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את הרעיון המרכזי על ידי העתקת משפט ארוך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פרט מעניין או מפתיע בטקסט הוא תמיד הרעיון המרכזי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בדוגמת המשפחה והשכנים, הנושא הוא עציצים על אדן חלון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רעיון מרכזי: מה העיקר?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מחברים נושא ומה נאמר עליו למשפט אחד __________ שלי, בלי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הרעיון המרכזי בקטע על המשפחה והשכנים: יוזמה קטנה הפכה את הבניין ל__________ וקירבה בין השכנים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השאלה כטקסט ותרגול מסכם – זוכרים את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חכמים קוראים את השאלה פעם אחת מהר ועוברים מיד לכתוב 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להקיף ולסמן מילות שאלה כמו מדוע, הסבירו והשוו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השאלה עצמה יכולה לתת לנו מידע, למשל באיזו פסקה לחפש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השאלה כטקסט ותרגול מסכם – מבינים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השלב הראשון כשניגשים לשאלה?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תשובה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את השאלה כולה,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מדלגים למילים הקטנות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סוגי שאלות מוזכרים באסטרטגיה (איתור, פרשנות ועוד)?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השאלה כטקסט ותרגול מסכם – מתרגלים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שעונים, קוראים את השאלה עצמה לאט, כמו __________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החמישי חוזרים לשאלה ובודקים האם __________ על כל מה שסימנתי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בקיצור מה זה מש״ה ומתי משתמשים בכל כלי מתוכו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למצוא רעיון מרכזי בפסקה קצרה ולנסח אותו במשפט אחד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חכם: אסטרטגיות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