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חכם – אסטרטגיות קריאה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חכם: אסטרטגיות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בארבעת כלי הקריאה החכמה: מש״ה, תעודת זהות, מילות קישור ורעיון 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מודעת בשלושה שלבים - לפני, תוך כדי ואחרי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 של עצירה, בדיקה וניחוש מודע בזמן קריאת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בקריאת שאלות בעיון לפני מתן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תעודת זהות של טקסט – מכירים את החלקים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(מהי הכותרת של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(היכן הטקסט התפרסם)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 כתב את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(למי מיועד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(מתי פורסם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תעודת זהות של טקסט – מזהים בטקסטים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מוען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החבר שמקבל את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ידיעה בעיתון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לוח המודעות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לשניהם יש מוען ונמען 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תעודת זהות של טקסט – כותבים ומנתחים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כותרת: הזמנה למסיבת סיום שכבה. במה: הודעה בכיתה או קבוצת הורים. מוען: ועד הכיתה. נמען: תלמידי השכבה והוריהם. תאריך: תאריך המסיבה.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המוען הוא מי שכותב, הנמען הוא מי שמקבל; זה חשוב כדי להבין את מטרת הכתיבה והיחס בין הכותב לקורא.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ידיעה ישנה עלולה להיות לא מעודכנת או לא נכונה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בשניהם יש כותרת; בכרזה חשובה הבמה (היכן תלויה), במתכון חשוב המוען (מי הכין). בכרזה יש לרוב נמען רחב, במתכון הנמען הוא מי שמבשל.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לפני, תוך כדי ואחרי הקריאה – מכירים את שלושת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שלושת שלבי הקריאה החכמה.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לפני הקריאה מציצים בכותרת, בתמונות ובכותרות המשנה.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מה שעושים בשלב תוך כדי הקריאה.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בשלב אחרי מסכמים ובודקים את הניחוש.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ממלאים תעודת זהות בשלב לפני הקריאה.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לפני, תוך כדי ואחרי הקריאה – מתאימים פעולה לשלב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(לפני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(לפני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(תוך כדי 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(תוך כדי 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(אחרי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(אחרי הקריאה)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לפני, תוך כדי ואחרי הקריאה – מתרגלים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ניחושים סבירים שקשורים לכותרת הטקסט.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מילה אחת וכלי פתרון מתאים (מילון/שורש/הקשר) עם הסבר קצר.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סיכום קצר במילים של התלמיד/ה, והתייחסות לניחוש המקורי.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מש״ה: פותרים מילה חדשה – מכירים את מש״ה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מילון, שורש,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בצורת הבסיס, בלי תוספות בהתחלה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מש״ה: פותרים מילה חדשה – מתרגלים עם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ע-ב-ר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עייפים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סיומות / אותיות 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מש״ה: פותרים מילה חדשה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בחירת מילה והסבר מתאים לבחירת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עם רמזים ברורים שעוזרים לנחש את פירוש המילה הקשה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אפשר לשלב בין הכלים; לא כל כלי מתאים לכל מילה; כשכלי אחד לא עוזר אפשר לנסות כלי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מילות קישור: תמרורים בטקסט – זיהוי 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(וגם / בנוסף)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(אבל / לעומת זאת)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(כי / בגלל)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(לכן / לפיכך)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(למשל / לדוגמה)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מילות קישור: תמרורים בטקסט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"כי" מביאה סיבה, ו"לכן" מביאה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מילות קישור: תמרורים בטקסט – מזהים בהקשר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זמן ורצף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מילות קישור: תמרורים בטקסט – משלימים את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רעיון מרכזי: מה העיקר? – היכרות עם האסטרטגיה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 הפרטים עומדים מתחתיו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שואלים מה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בתחילת הפסקה או בסופה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הכותרת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רעיון מרכזי: מה העיקר? – תרגול עם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מנסחים את הרעיון המרכזי במילים שלנו, בקצרה וללא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פרט מעניין זוכרים, אבל הוא לא בהכרח העיקר שעליו עומד כל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פרט בתוך הטקסט, לא הנושא הכללי של הקטע כולו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בדיקה שמופיעה כטיפ באסטרטגיה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רעיון מרכזי: מה העיקר?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השאלה כטקסט ותרגול מסכם – זוכרים את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קוראים את השאלה לאט, ואם צריך - פעמיים, כולל המילים הקטנות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סימון מילות השאלה עוזר להבין מה בדיוק מבקשים מאיתנו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לפעמים השאלה כוללת רמזים כמו שם הסיפור או מספר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בשלב האחרון חוזרים לשאלה ובודקים שעניתי על כל מה שסימנתי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השאלה כטקסט ותרגול מסכם – מבינים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קוראים את השאלה כולה,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לסמן אותו כדי לזכור כמה פרטים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השאלה כטקסט ותרגול מסכם – מתרגלים 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שלושת הכלים: מילון, שורש, הקשר ונותנת דוגמה לכל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נושא ומה נאמר עליו, בלי להעתיק משפט שלם מהטקסט ובלי פרט שולי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לפחות שלושה סוגי מילות קישור שונים ומסביר/ה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החוברת לאורך כמה שיעורים - פרק אחד או שניים בכל מפגש, עם חזרה קצרה בתחילת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בפרק מש״ה ובתעודת הזהות בלבד, ולדלג על תרגילי מילות הקישור המורכבים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בקול רם של הדוגמאות לפני מילוי התרגילים, במיוחד בכיתות הנמוכות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למצוא דוגמאות נוספות למילות קישור או לכתוב פסקה קצרה משלהם עם רעיון מרכזי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חכם – אסטרטגיות קריאה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חכם: אסטרטגיות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נתרגל יחד את כלי הקריאה החכמה - איך לפענח מילה קשה, איך לבדוק מי כתב את הטקסט, ואיך למצוא את העיקר. בכל פרק יש הסבר קצר ותרגילים. אפשר לעבוד לבד או בזוג, ולבדוק את התשובות בסוף.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תעודת זהות של טקסט – מכירים את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היכן הטקסט התפרסם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כתב את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מוען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מהי הכותרת של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נמען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מתי פורסם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למי מיועד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תעודת זהות של טקסט – מזהים בטקסטים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חלק בתעודת הזהות עונה על השאלה מי כתב את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במכתב שכתב ילד לחברו, מי יהיה ה'נמען'?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 שכתב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החבר שמקבל את המכתב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סוג טקסט לרוב יש תאריך בולט בראש העמוד?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ידיעה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מודעה שתלויה על לוח המודעות בכיתה - מהי ה'במה'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שכתב את המודעה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לוח המודעות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הפרסום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שקורא את המודעה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הזמנה ליום הולדת ומכתב אישי - במה הם דומים מבחינת תעודת הזהות שלהם?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לשניהם יש מוען ונמען ברורים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לשניהם אין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לשניהם אין 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מתפרסמים בעיתון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תעודת זהות של טקסט – כותבים ומנתחים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תעודת זהות קצרה להזמנה למסיבת סיום שכבה: כותרת, במה, מוען, נמען ותאריך.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מכתב שקיבלתם או דמיינו מכתב, וכתבו מי המוען ומי הנמען בו, ולמה חשוב לדעת את זה כשקוראים מכתב.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 אחד למה חשוב לבדוק את תאריך הפרסום לפני שמאמינים לידיעה.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השוו בין כרזה לבין מתכון: מה דומה ומה שונה בתעודת הזהות שלהם (לפחות שני הבדלים).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לפני, תוך כדי ואחרי הקריאה – מכירים את שלושת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 חכם קורא את הטקסט בשלושה שלבים: לפני, תוך כדי ואחרי.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הקריאה מסתכלים רק בסוף הטקסט ולא בכותרת.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תוך כדי קריאה עוצרים בסוף כל פסקה ושואלים מה למדתי כאן.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הקריאה בודקים אם הניחוש מלפני הקריאה התאים.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תעודת זהות של הטקסט בשלב תוך כדי הקריאה.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לפני, תוך כדי ואחרי הקריאה – מתאימים פעולה לשלב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מציצים בכותרת ובתמונות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אחרי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שואלים מה אני כבר יודע על הנושא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תוך כדי 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מסמנים מילים קשות ופותרים אותן במש״ה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לפני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עוצרים בסוף כל פסקה ושואלים מה למדתי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אחרי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בודקים אם הניחוש שלי התאים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תוך כדי 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מסכמים במשפט אחד את הרעיון המרכזי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לפני הקריאה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לפני, תוך כדי ואחרי הקריאה – מתרגלים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כותרת של טקסט שקראתם לאחרונה. כתבו שני ניחושים שעשיתם לפני הקריאה.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מילה קשה אחת שפגשתם תוך כדי קריאה, ואיך פתרתם אותה: מילון, שורש או הקשר.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אחרי קריאת טקסט, כתבו משפט המסכם את הרעיון המרכזי שלו, ובדקו אם הניחוש שלכם מלפני הקריאה התאים.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מש״ה: פותרים מילה חדשה – מכירים את מש״ה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מש״ה הוא ראשי תיבות של שלושה כלים לפענוח מילה חדשה. מה 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מילון, שורש,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משפט, שם, הברה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מילה, משמעות,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מספר, שורה, הברה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כלי עוזר למצוא את אותיות השורש ולהיזכר במילים מאותה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כלי קוראים את המשפט שלפני המילה הקשה ואחריה כדי לנחש את הפירוש?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כשמחפשים מילה במילון, באיזו צורה הכי נכון לחפש אותה?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בצורת הבסיס, בלי תוספות בהתחלה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ו׳ בהתחלה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תמיד ברבים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המשפט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הבדיקה "אם מחליפים את המילה בניחוש - האם המשפט עדיין הגיוני?" שייכת לאיזה כלי?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תעודת זהות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מש״ה: פותרים מילה חדשה – מתרגלים עם 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במשפט ״מעבורת הגיעה לנמל״, השורש של המילה מעבורת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במשפט על הליכה ארוכה ״רצינו רק לשכב ולנוח״ מופיעה המילה ״מותשים״. לפי ההקשר, פירוש המילה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למצוא את השורש של מילה, מורידים אותיות שימוש מההתחלה, וגם __________ מהסוף (כמו ־ת, ־ה, ־ים)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במשפט ״הרכזת ביקשה לְפַנות את הפסולת מהחוף״, הכלי המתאים לפענוח המילה ״לפנות״ הוא __________, כי יש לה כמה פירושים ויש לבחור את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לחפש פועל במילון, מחפשים אותו לפי צורת __________ (הוא) או לפי השורש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מש״ה: פותרים מילה חדשה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קשה אחת מספר שאתם קוראים עכשיו, וכתבו: באיזה כלי (מילון, שורש או הקשר) הייתם משתמשים כדי להבין אותה? 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חדש משלכם עם מילה קשה אחת, והוסיפו בו רמזים שיעזרו לפענח אותה בעזרת כלי ה"הקשר".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שלכם: למה כדאי לדעת שלושה כלים שונים לפענוח מילה, ולא רק כלי אחד?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מילות קישור: תמרורים בטקסט – זיהוי 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הוספה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כי / בגלל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לכן / לפיכך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למשל / לדוגמה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וגם / בנוסף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אבל / לעומת זאת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מילות קישור: תמרורים בטקסט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"כי" מביאה אחריה 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"לעומת זאת" היא מילת קישור של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מילות קישור: תמרורים בטקסט – מזהים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המילה "למרות" מציינת תמרור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"לפיכך" מציינת תמרור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ורצף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"תחילה" מציינת תמרור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 ורצף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דוגמה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מילות קישור: תמרורים בטקסט – משלימים את 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החוקרים חשבו שהצבים נעלמו, __________ אחרי שנתיים הם חזרו לנחל.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לכן מבקשים מכולם לשמור על הנחל נקי, __________ לא להשליך פסולת.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רעיון מרכזי: מה העיקר? – היכרות עם האסטרטגיה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דומה הרעיון המרכזי למטרייה?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הפרטים עומדים מתחתיו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תמיד המשפט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תמיד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הצעד הראשון במציאת הרעיון המרכזי?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שואלים מה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משפט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מחפשים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מעתיקים 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בדרך כלל אפשר למצוא את משפט המפתח בפסקה?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באמצע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בתחילת הפסקה או בסופה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בסוף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לנו למצוא את הנושא של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גודל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הדף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רעיון מרכזי: מה העיקר? – תרגול עם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את הרעיון המרכזי על ידי העתקת משפט ארוך מהטקסט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 מעניין או מפתיע בטקסט הוא תמיד הרעיון המרכזי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בדוגמת המשפחה והשכנים, הנושא הוא עציצים על אדן חלון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לבדוק אם הרעיון המרכזי נכון על ידי שאלה: האם כל הפסקאות נכנסות מתחתיו כמו מתחת למטרייה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רעיון מרכזי: מה העיקר?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מחברים נושא ומה נאמר עליו למשפט אחד __________ שלי, בלי 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הרעיון המרכזי בקטע על המשפחה והשכנים: יוזמה קטנה הפכה את הבניין ל__________ וקירבה בין השכנים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בטקסט על צבי המים, משפט המפתח הוא: ניקוי הנחל החזיר אליו 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השאלה כטקסט ותרגול מסכם – זוכרים את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חכמים קוראים את השאלה פעם אחת מהר ועוברים מיד לכתוב 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להקיף ולסמן מילות שאלה כמו מדוע, הסבירו והשוו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עצמה יכולה לתת לנו מידע, למשל באיזו פסקה לחפש את התשובה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האחרון בתהליך הוא לכתוב תשובה ולהגיש אותה בלי לבדוק 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השאלה כטקסט ותרגול מסכם – מבינים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השלב הראשון כשניגשים לשאלה?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תשובה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את השאלה כולה,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מדלגים למילים הקטנות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מחפשים במילון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סוגי שאלות מוזכרים באסטרטגיה (איתור, פרשנות ועוד)?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בשאלה יש לפעמים מספר כמו ״שתי ראיות״ - מה חשוב לעשות עם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לסמן אותו כדי לזכור כמה פרטים 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למחוק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אותו במילים אחרות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השאלה כטקסט ותרגול מסכם – מתרגלים 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שעונים, קוראים את השאלה עצמה לאט, כמו __________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החמישי חוזרים לשאלה ובודקים האם __________ על כל מה שסימנתי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בקיצור מה זה מש״ה ומתי משתמשים בכל כלי מתוכו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למצוא רעיון מרכזי בפסקה קצרה ולנסח אותו במשפט אחד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שם/ה לב למילות קישור בטקסט ויודע/ת אם הן מראות הוספה, ניגוד, סיבה או תוצאה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קוראים חכם: אסטרטגיות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